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C3A4" w14:textId="77777777" w:rsidR="00151DED" w:rsidRDefault="00000000">
      <w:pPr>
        <w:spacing w:after="240"/>
        <w:jc w:val="center"/>
      </w:pPr>
      <w:r>
        <w:rPr>
          <w:b/>
          <w:color w:val="111827"/>
          <w:sz w:val="28"/>
        </w:rPr>
        <w:t>SOLICITUD DE DISPENSA ELECTORAL</w:t>
      </w:r>
    </w:p>
    <w:p w14:paraId="36C023F9" w14:textId="77777777" w:rsidR="00151DED" w:rsidRDefault="00000000">
      <w:pPr>
        <w:spacing w:after="40"/>
      </w:pPr>
      <w:r>
        <w:rPr>
          <w:b/>
        </w:rPr>
        <w:t>SEÑOR PRESIDENTE DE LA COMISIÓN ELECTORAL DEL CCPJ</w:t>
      </w:r>
    </w:p>
    <w:p w14:paraId="0430E68C" w14:textId="77777777" w:rsidR="00151DED" w:rsidRDefault="00000000">
      <w:r>
        <w:rPr>
          <w:b/>
        </w:rPr>
        <w:t>CPC: ALDRIN ZÁRATE BERNUY</w:t>
      </w:r>
    </w:p>
    <w:p w14:paraId="6309293A" w14:textId="45E88E02" w:rsidR="00151DED" w:rsidRDefault="00000000">
      <w:pPr>
        <w:spacing w:after="160"/>
        <w:jc w:val="both"/>
      </w:pPr>
      <w:r>
        <w:t xml:space="preserve">Yo, ______________________________________________________________________, identificado(a) con DNI N.° ____________________, con Registro/Colegiatura N.° ____________________, en mi </w:t>
      </w:r>
      <w:proofErr w:type="spellStart"/>
      <w:r>
        <w:t>condición</w:t>
      </w:r>
      <w:proofErr w:type="spellEnd"/>
      <w:r>
        <w:t xml:space="preserve"> de </w:t>
      </w:r>
      <w:proofErr w:type="spellStart"/>
      <w:r>
        <w:rPr>
          <w:b/>
        </w:rPr>
        <w:t>Miembro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Ordinario</w:t>
      </w:r>
      <w:proofErr w:type="spellEnd"/>
      <w:r w:rsidR="007E1A5C">
        <w:rPr>
          <w:b/>
        </w:rPr>
        <w:t xml:space="preserve"> </w:t>
      </w:r>
      <w:proofErr w:type="spellStart"/>
      <w:r w:rsidR="007E1A5C">
        <w:rPr>
          <w:b/>
        </w:rPr>
        <w:t>hábil</w:t>
      </w:r>
      <w:proofErr w:type="spellEnd"/>
      <w:r>
        <w:t xml:space="preserve">, </w:t>
      </w:r>
      <w:proofErr w:type="spellStart"/>
      <w:r>
        <w:t>señalando</w:t>
      </w:r>
      <w:proofErr w:type="spellEnd"/>
      <w:r>
        <w:t xml:space="preserve"> </w:t>
      </w:r>
      <w:proofErr w:type="spellStart"/>
      <w:r>
        <w:t>domicilio</w:t>
      </w:r>
      <w:proofErr w:type="spellEnd"/>
      <w:r>
        <w:t xml:space="preserve"> en _______________________________________________________________________________, teléfono/celular N.° ____________________ y correo electrónico _________________________________________, ante usted con el debido respeto me presento y expongo:</w:t>
      </w:r>
    </w:p>
    <w:p w14:paraId="717F81E4" w14:textId="77777777" w:rsidR="00151DED" w:rsidRDefault="00000000">
      <w:pPr>
        <w:spacing w:before="80" w:after="60"/>
      </w:pPr>
      <w:r>
        <w:rPr>
          <w:b/>
        </w:rPr>
        <w:t>I. PETITORIO</w:t>
      </w:r>
    </w:p>
    <w:p w14:paraId="43A6F047" w14:textId="77777777" w:rsidR="00151DED" w:rsidRDefault="00000000">
      <w:pPr>
        <w:spacing w:after="160"/>
        <w:jc w:val="both"/>
      </w:pPr>
      <w:r>
        <w:t xml:space="preserve">Que, al amparo de lo establecido en el </w:t>
      </w:r>
      <w:r>
        <w:rPr>
          <w:b/>
        </w:rPr>
        <w:t>Artículo 94° del Estatuto del CCPJ</w:t>
      </w:r>
      <w:r>
        <w:t xml:space="preserve"> y el </w:t>
      </w:r>
      <w:r>
        <w:rPr>
          <w:b/>
        </w:rPr>
        <w:t>Artículo 23°, inciso b), del Reglamento de Elecciones del CCPJ</w:t>
      </w:r>
      <w:r>
        <w:t xml:space="preserve">, </w:t>
      </w:r>
      <w:r>
        <w:rPr>
          <w:b/>
        </w:rPr>
        <w:t>SOLICITO SE ME CONCEDA DISPENSA DE ASISTIR AL ACTO ELECTORAL Y/O DE SUFRAGIO</w:t>
      </w:r>
      <w:r>
        <w:t xml:space="preserve">, correspondiente al proceso electoral convocado para el día </w:t>
      </w:r>
      <w:r>
        <w:rPr>
          <w:b/>
        </w:rPr>
        <w:t>18 de octubre de 2026</w:t>
      </w:r>
      <w:r>
        <w:t>, debido a una causa debidamente justificada que me imposibilita concurrir al referido acto.</w:t>
      </w:r>
    </w:p>
    <w:p w14:paraId="765CB5B9" w14:textId="77777777" w:rsidR="00151DED" w:rsidRDefault="00000000">
      <w:pPr>
        <w:spacing w:before="80" w:after="60"/>
      </w:pPr>
      <w:r>
        <w:rPr>
          <w:b/>
        </w:rPr>
        <w:t>II. FUNDAMENTO DE LA SOLICITUD</w:t>
      </w:r>
    </w:p>
    <w:p w14:paraId="5DB4638E" w14:textId="77777777" w:rsidR="00151DED" w:rsidRDefault="00000000">
      <w:pPr>
        <w:spacing w:after="120"/>
        <w:jc w:val="both"/>
      </w:pPr>
      <w:r>
        <w:t>La imposibilidad de asistir obedece a las siguientes razones de hecho que impiden mi concurrencia:</w:t>
      </w:r>
    </w:p>
    <w:p w14:paraId="6C5C2769" w14:textId="79285EA1" w:rsidR="00151DED" w:rsidRDefault="00000000">
      <w:pPr>
        <w:spacing w:after="80"/>
      </w:pPr>
      <w:r>
        <w:t>_____________________________________________________________________________________</w:t>
      </w:r>
    </w:p>
    <w:p w14:paraId="2660C568" w14:textId="033EA80F" w:rsidR="00151DED" w:rsidRDefault="00000000">
      <w:pPr>
        <w:spacing w:after="80"/>
      </w:pPr>
      <w:r>
        <w:t>_____________________________________________________________________________________</w:t>
      </w:r>
    </w:p>
    <w:p w14:paraId="6981EDBC" w14:textId="30B7D9FE" w:rsidR="00151DED" w:rsidRDefault="00000000">
      <w:pPr>
        <w:spacing w:after="80"/>
      </w:pPr>
      <w:r>
        <w:t>_____________________________________________________________________________________</w:t>
      </w:r>
    </w:p>
    <w:p w14:paraId="388A4606" w14:textId="77777777" w:rsidR="00151DED" w:rsidRDefault="00000000">
      <w:pPr>
        <w:spacing w:before="80" w:after="60"/>
      </w:pPr>
      <w:r>
        <w:rPr>
          <w:b/>
        </w:rPr>
        <w:t>III. DOCUMENTOS QUE SE ADJUNTAN</w:t>
      </w:r>
    </w:p>
    <w:p w14:paraId="2BAD3045" w14:textId="77777777" w:rsidR="00151DED" w:rsidRDefault="00000000">
      <w:pPr>
        <w:spacing w:after="80"/>
      </w:pPr>
      <w:r>
        <w:t>Para acreditar la causa invocada, cumplo con adjuntar:</w:t>
      </w:r>
    </w:p>
    <w:p w14:paraId="2E21839C" w14:textId="77777777" w:rsidR="00151DED" w:rsidRDefault="00000000">
      <w:pPr>
        <w:spacing w:after="40"/>
        <w:ind w:left="288"/>
      </w:pPr>
      <w:r>
        <w:t>[   ]  Certificado o constancia médica.</w:t>
      </w:r>
    </w:p>
    <w:p w14:paraId="56C2C885" w14:textId="77777777" w:rsidR="00151DED" w:rsidRDefault="00000000">
      <w:pPr>
        <w:spacing w:after="40"/>
        <w:ind w:left="288"/>
      </w:pPr>
      <w:r>
        <w:t>[   ]  Constancia laboral o documento que acredita imposibilidad de asistencia.</w:t>
      </w:r>
    </w:p>
    <w:p w14:paraId="09936FC9" w14:textId="77777777" w:rsidR="00151DED" w:rsidRDefault="00000000">
      <w:pPr>
        <w:spacing w:after="40"/>
        <w:ind w:left="288"/>
      </w:pPr>
      <w:r>
        <w:t>[   ]  Documento de viaje, pasaje o constancia de fuerza mayor.</w:t>
      </w:r>
    </w:p>
    <w:p w14:paraId="783420D9" w14:textId="7FA592C2" w:rsidR="00151DED" w:rsidRDefault="00000000">
      <w:pPr>
        <w:spacing w:after="40"/>
        <w:ind w:left="288"/>
      </w:pPr>
      <w:r>
        <w:t>[   ]  Otro: _____________________________________________________</w:t>
      </w:r>
      <w:r w:rsidR="006E2C6A">
        <w:t>_</w:t>
      </w:r>
      <w:r>
        <w:t>____________________________</w:t>
      </w:r>
    </w:p>
    <w:p w14:paraId="02DD12D5" w14:textId="77777777" w:rsidR="00151DED" w:rsidRDefault="00000000">
      <w:pPr>
        <w:spacing w:before="160" w:after="60"/>
      </w:pPr>
      <w:r>
        <w:rPr>
          <w:b/>
        </w:rPr>
        <w:t>POR TANTO:</w:t>
      </w:r>
    </w:p>
    <w:p w14:paraId="76281B5D" w14:textId="77777777" w:rsidR="00151DED" w:rsidRDefault="00000000">
      <w:pPr>
        <w:spacing w:after="280"/>
        <w:jc w:val="both"/>
      </w:pPr>
      <w:r>
        <w:t>A usted, señor presidente de la Comisión Electoral, solicito acceder a mi petición por encontrarse conforme a ley y a las disposiciones estatutarias vigentes.</w:t>
      </w:r>
    </w:p>
    <w:p w14:paraId="7BAEC282" w14:textId="77777777" w:rsidR="00151DED" w:rsidRDefault="00000000">
      <w:pPr>
        <w:spacing w:after="720"/>
        <w:jc w:val="right"/>
      </w:pPr>
      <w:r>
        <w:t>Lugar: ________________________, ______ de _________________ de 2026.</w:t>
      </w:r>
    </w:p>
    <w:p w14:paraId="78FAAF8F" w14:textId="77777777" w:rsidR="00EB26CC" w:rsidRDefault="00EB26CC">
      <w:pPr>
        <w:spacing w:after="40"/>
        <w:jc w:val="center"/>
      </w:pPr>
    </w:p>
    <w:p w14:paraId="7A68F294" w14:textId="05D289BC" w:rsidR="00151DED" w:rsidRDefault="00000000">
      <w:pPr>
        <w:spacing w:after="40"/>
        <w:jc w:val="center"/>
      </w:pPr>
      <w:r>
        <w:t>_____________________________________________</w:t>
      </w:r>
    </w:p>
    <w:p w14:paraId="272F13A0" w14:textId="77777777" w:rsidR="00151DED" w:rsidRDefault="00000000">
      <w:pPr>
        <w:spacing w:after="40"/>
        <w:jc w:val="center"/>
      </w:pPr>
      <w:r>
        <w:rPr>
          <w:b/>
        </w:rPr>
        <w:t>Firma del solicitante</w:t>
      </w:r>
    </w:p>
    <w:p w14:paraId="54109E57" w14:textId="77777777" w:rsidR="00151DED" w:rsidRDefault="00000000">
      <w:pPr>
        <w:spacing w:after="40"/>
        <w:jc w:val="center"/>
      </w:pPr>
      <w:r>
        <w:t>DNI N.°: __________________________</w:t>
      </w:r>
    </w:p>
    <w:sectPr w:rsidR="00151DED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558174">
    <w:abstractNumId w:val="8"/>
  </w:num>
  <w:num w:numId="2" w16cid:durableId="1252157030">
    <w:abstractNumId w:val="6"/>
  </w:num>
  <w:num w:numId="3" w16cid:durableId="167837902">
    <w:abstractNumId w:val="5"/>
  </w:num>
  <w:num w:numId="4" w16cid:durableId="1727148283">
    <w:abstractNumId w:val="4"/>
  </w:num>
  <w:num w:numId="5" w16cid:durableId="875001049">
    <w:abstractNumId w:val="7"/>
  </w:num>
  <w:num w:numId="6" w16cid:durableId="349796637">
    <w:abstractNumId w:val="3"/>
  </w:num>
  <w:num w:numId="7" w16cid:durableId="1264728380">
    <w:abstractNumId w:val="2"/>
  </w:num>
  <w:num w:numId="8" w16cid:durableId="779836948">
    <w:abstractNumId w:val="1"/>
  </w:num>
  <w:num w:numId="9" w16cid:durableId="118686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DED"/>
    <w:rsid w:val="0029639D"/>
    <w:rsid w:val="00326F90"/>
    <w:rsid w:val="004E15A3"/>
    <w:rsid w:val="006E2C6A"/>
    <w:rsid w:val="00751B79"/>
    <w:rsid w:val="007E1A5C"/>
    <w:rsid w:val="00AA1D8D"/>
    <w:rsid w:val="00B47730"/>
    <w:rsid w:val="00CB0664"/>
    <w:rsid w:val="00D45CA3"/>
    <w:rsid w:val="00EB26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E472CF8"/>
  <w14:defaultImageDpi w14:val="300"/>
  <w15:docId w15:val="{4048A271-39F9-4CFC-A6B4-61238EAD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LOQ</cp:lastModifiedBy>
  <cp:revision>4</cp:revision>
  <dcterms:created xsi:type="dcterms:W3CDTF">2013-12-23T23:15:00Z</dcterms:created>
  <dcterms:modified xsi:type="dcterms:W3CDTF">2026-09-16T22:54:00Z</dcterms:modified>
  <cp:category/>
</cp:coreProperties>
</file>